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Malayalam" w:hAnsi="Noto Sans Malayalam" w:eastAsia="Noto Sans Malayalam"/>
          <w:b/>
          <w:i w:val="0"/>
          <w:sz w:val="26"/>
        </w:rPr>
        <w:t>സേക്രഡ് ഹാർട്ട് കോളേജ് (ഓട്ടോണമസ്), തേവര, കൊച്ചി</w:t>
      </w:r>
    </w:p>
    <w:p>
      <w:pPr>
        <w:jc w:val="center"/>
      </w:pPr>
      <w:r>
        <w:rPr>
          <w:rFonts w:ascii="Noto Sans Malayalam" w:hAnsi="Noto Sans Malayalam" w:eastAsia="Noto Sans Malayalam"/>
          <w:b/>
          <w:i w:val="0"/>
          <w:sz w:val="24"/>
        </w:rPr>
        <w:t>അപേക്ഷാ ഫോം – സെക്യൂരിറ്റി ജീവനക്കാരുടെ നിയമനം</w:t>
      </w:r>
    </w:p>
    <w:p>
      <w:pPr>
        <w:jc w:val="center"/>
      </w:pPr>
      <w:r>
        <w:rPr>
          <w:rFonts w:ascii="Noto Sans Malayalam" w:hAnsi="Noto Sans Malayalam" w:eastAsia="Noto Sans Malayalam"/>
          <w:b w:val="0"/>
          <w:i/>
          <w:sz w:val="16"/>
        </w:rPr>
        <w:t>(ദയവായി ബാധകമായ എല്ലാ വിവരങ്ങളും വ്യക്തമായി പൂരിപ്പിക്കുക)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2F3"/>
          </w:tcPr>
          <w:p>
            <w:r>
              <w:rPr>
                <w:rFonts w:ascii="Noto Sans Malayalam" w:hAnsi="Noto Sans Malayalam" w:eastAsia="Noto Sans Malayalam"/>
                <w:b/>
                <w:i w:val="0"/>
                <w:sz w:val="18"/>
              </w:rPr>
              <w:t>1. വ്യക്തിഗത വിവരങ്ങൾ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പൂർണ്ണ പേര്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ജനനത്തീയതി / വയസ്സ്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ലിംഗം (ഐച്ഛികം)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മൊബൈൽ നമ്പർ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ഇമെയിൽ വിലാസം (ഉണ്ടെങ്കിൽ)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നിലവിലെ വിലാസം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br/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സ്ഥിരമായ വിലാസം (വ്യത്യസ്തമാണെങ്കിൽ)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br/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2F3"/>
          </w:tcPr>
          <w:p>
            <w:r>
              <w:rPr>
                <w:rFonts w:ascii="Noto Sans Malayalam" w:hAnsi="Noto Sans Malayalam" w:eastAsia="Noto Sans Malayalam"/>
                <w:b/>
                <w:i w:val="0"/>
                <w:sz w:val="18"/>
              </w:rPr>
              <w:t>2. വിദ്യാഭ്യാസ യോഗ്യതയും പ്രവൃത്തിപരിചയവും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ഏറ്റവും ഉയർന്ന വിദ്യാഭ്യാസ യോഗ്യത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സെക്യൂരിറ്റി ജോലിയിലെ പ്രവൃത്തിപരിചയം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☐ ഇല്ല   ☐ ഉണ്ട് — വിശദാംശങ്ങൾ: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മുൻ തൊഴിലുടമ (ബാധകമെങ്കിൽ)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ജോലി ചെയ്ത കാലയളവ്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ബന്ധപ്പെട്ട പരിശീലനം / സർട്ടിഫിക്കറ്റുകൾ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അറിയാവുന്ന ഭാഷകൾ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2F3"/>
          </w:tcPr>
          <w:p>
            <w:r>
              <w:rPr>
                <w:rFonts w:ascii="Noto Sans Malayalam" w:hAnsi="Noto Sans Malayalam" w:eastAsia="Noto Sans Malayalam"/>
                <w:b/>
                <w:i w:val="0"/>
                <w:sz w:val="18"/>
              </w:rPr>
              <w:t>3. അധിക വിവരങ്ങൾ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ഷിഫ്റ്റ് / രാത്രി ഡ്യൂട്ടി ചെയ്യാൻ സന്നദ്ധമാണോ?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☐ അതെ   ☐ അല്ല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ജോലിയിൽ പ്രവേശിക്കാൻ കഴിയുന്ന തീയതി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മറ്റ് പ്രസക്തമായ വിവരങ്ങൾ</w:t>
            </w:r>
          </w:p>
        </w:tc>
        <w:tc>
          <w:tcPr>
            <w:tcW w:type="dxa" w:w="6768"/>
            <w:vAlign w:val="center"/>
          </w:tcPr>
          <w:p>
            <w:pPr>
              <w:spacing w:after="40" w:before="4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br/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2F3"/>
          </w:tcPr>
          <w:p>
            <w:r>
              <w:rPr>
                <w:rFonts w:ascii="Noto Sans Malayalam" w:hAnsi="Noto Sans Malayalam" w:eastAsia="Noto Sans Malayalam"/>
                <w:b/>
                <w:i w:val="0"/>
                <w:sz w:val="18"/>
              </w:rPr>
              <w:t>4. രേഖകൾ (ആവശ്യപ്പെടുന്ന പക്ഷം)</w:t>
            </w:r>
          </w:p>
        </w:tc>
      </w:tr>
    </w:tbl>
    <w:p>
      <w:pPr>
        <w:spacing w:after="0" w:before="0"/>
      </w:pPr>
    </w:p>
    <w:p>
      <w:pPr>
        <w:spacing w:after="40"/>
      </w:pPr>
      <w:r>
        <w:t>സമർപ്പിക്കാൻ കഴിയുന്ന രേഖകൾ അടയാളപ്പെടുത്തുക:</w:t>
      </w:r>
      <w:r>
        <w:rPr>
          <w:rFonts w:ascii="Noto Sans Malayalam" w:hAnsi="Noto Sans Malayalam" w:eastAsia="Noto Sans Malayalam"/>
          <w:b w:val="0"/>
          <w:i w:val="0"/>
          <w:sz w:val="17"/>
        </w:rPr>
      </w:r>
    </w:p>
    <w:p>
      <w:pPr>
        <w:spacing w:after="80"/>
      </w:pPr>
      <w:r>
        <w:rPr>
          <w:rFonts w:ascii="Noto Sans Malayalam" w:hAnsi="Noto Sans Malayalam" w:eastAsia="Noto Sans Malayalam"/>
          <w:b w:val="0"/>
          <w:i w:val="0"/>
          <w:sz w:val="17"/>
        </w:rPr>
        <w:t>☐ വയസ്സ് തെളിയിക്കുന്ന രേഖ   ☐ വിദ്യാഭ്യാസ സർട്ടിഫിക്കറ്റ്   ☐ പ്രവൃത്തിപരിചയ സർട്ടിഫിക്കറ്റ്</w:t>
        <w:br/>
        <w:t>☐ തിരിച്ചറിയൽ / വിലാസ രേഖ   ☐ പരിശീലന സർട്ടിഫിക്കറ്റ്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9E2F3"/>
          </w:tcPr>
          <w:p>
            <w:r>
              <w:rPr>
                <w:rFonts w:ascii="Noto Sans Malayalam" w:hAnsi="Noto Sans Malayalam" w:eastAsia="Noto Sans Malayalam"/>
                <w:b/>
                <w:i w:val="0"/>
                <w:sz w:val="18"/>
              </w:rPr>
              <w:t>5. പ്രഖ്യാപനം</w:t>
            </w:r>
          </w:p>
        </w:tc>
      </w:tr>
    </w:tbl>
    <w:p>
      <w:pPr>
        <w:spacing w:after="0" w:before="0"/>
      </w:pPr>
    </w:p>
    <w:p>
      <w:pPr>
        <w:spacing w:after="160"/>
      </w:pPr>
      <w:r>
        <w:rPr>
          <w:rFonts w:ascii="Noto Sans Malayalam" w:hAnsi="Noto Sans Malayalam" w:eastAsia="Noto Sans Malayalam"/>
          <w:b w:val="0"/>
          <w:i w:val="0"/>
          <w:sz w:val="17"/>
        </w:rPr>
        <w:t>ഈ അപേക്ഷയിൽ നൽകിയിരിക്കുന്ന വിവരങ്ങൾ എന്റെ അറിവിലും വിശ്വാസത്തിലും സത്യവും പൂർണ്ണവുമാണെന്ന് ഞാൻ പ്രഖ്യാപിക്കുന്നു. തെറ്റായതോ തെറ്റിദ്ധരിപ്പിക്കുന്നതോ ആയ വിവരങ്ങൾ നൽകിയിട്ടുണ്ടെന്ന് കണ്ടെത്തിയാൽ, അത് എന്റെ അപേക്ഷയെയോ നിയമനത്തെയോ ബാധിക്കാമെന്ന് ഞാൻ മനസ്സിലാക്കുന്നു.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സ്ഥലം:</w:t>
            </w:r>
          </w:p>
        </w:tc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തീയതി:</w:t>
            </w:r>
          </w:p>
        </w:tc>
      </w:tr>
      <w:tr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അപേക്ഷകന്റെ ഒപ്പ് / വിരലടയാളം:</w:t>
            </w:r>
          </w:p>
        </w:tc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</w:r>
          </w:p>
        </w:tc>
      </w:tr>
    </w:tbl>
    <w:p>
      <w:pPr>
        <w:spacing w:before="100"/>
        <w:jc w:val="center"/>
      </w:pPr>
      <w:r>
        <w:rPr>
          <w:rFonts w:ascii="Noto Sans Malayalam" w:hAnsi="Noto Sans Malayalam" w:eastAsia="Noto Sans Malayalam"/>
          <w:b/>
          <w:i w:val="0"/>
          <w:sz w:val="18"/>
        </w:rPr>
        <w:t>ഓഫീസ് ഉപയോഗത്തിന് മാത്രം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അപേക്ഷ ലഭിച്ച തീയതി:</w:t>
            </w:r>
          </w:p>
        </w:tc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അപേക്ഷ നമ്പർ:</w:t>
            </w:r>
          </w:p>
        </w:tc>
      </w:tr>
      <w:tr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അഭിപ്രായങ്ങൾ:</w:t>
            </w:r>
          </w:p>
        </w:tc>
        <w:tc>
          <w:tcPr>
            <w:tcW w:type="dxa" w:w="5184"/>
          </w:tcPr>
          <w:p>
            <w:pPr>
              <w:spacing w:after="80" w:before="80"/>
            </w:pPr>
            <w:r>
              <w:rPr>
                <w:rFonts w:ascii="Noto Sans Malayalam" w:hAnsi="Noto Sans Malayalam" w:eastAsia="Noto Sans Malayalam"/>
                <w:b w:val="0"/>
                <w:i w:val="0"/>
                <w:sz w:val="17"/>
              </w:rPr>
              <w:t>ചുരുക്കപ്പട്ടികയിൽ ഉൾപ്പെടുത്തിയിട്ടുണ്ടോ?  ☐ ഉണ്ട്  ☐ ഇല്ല</w:t>
            </w:r>
          </w:p>
        </w:tc>
      </w:tr>
    </w:tbl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Malayalam" w:hAnsi="Noto Sans Malayalam" w:eastAsia="Noto Sans Malayalam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