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385" w:rsidRDefault="00333CCE">
      <w:pPr>
        <w:jc w:val="center"/>
      </w:pPr>
      <w:r>
        <w:rPr>
          <w:b/>
          <w:sz w:val="26"/>
        </w:rPr>
        <w:t>SACRED HEART COLLEGE (AUTONOMOUS), THEVARA, KOCHI</w:t>
      </w:r>
    </w:p>
    <w:p w:rsidR="00216385" w:rsidRDefault="00333CCE">
      <w:pPr>
        <w:jc w:val="center"/>
      </w:pPr>
      <w:r>
        <w:rPr>
          <w:b/>
          <w:sz w:val="24"/>
        </w:rPr>
        <w:t>APPLICATION FORM – SECURITY STAFF</w:t>
      </w:r>
    </w:p>
    <w:p w:rsidR="00216385" w:rsidRDefault="00333CCE">
      <w:pPr>
        <w:jc w:val="center"/>
      </w:pPr>
      <w:r>
        <w:rPr>
          <w:i/>
          <w:sz w:val="16"/>
        </w:rPr>
        <w:t>(Please complete all applicable fields in BLOCK LETTERS)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216385">
        <w:trPr>
          <w:jc w:val="center"/>
        </w:trPr>
        <w:tc>
          <w:tcPr>
            <w:tcW w:w="10224" w:type="dxa"/>
            <w:shd w:val="clear" w:color="auto" w:fill="D9E2F3"/>
          </w:tcPr>
          <w:p w:rsidR="00216385" w:rsidRDefault="00333CCE">
            <w:r>
              <w:rPr>
                <w:b/>
              </w:rPr>
              <w:t>1. PERSONAL DETAILS</w:t>
            </w:r>
          </w:p>
        </w:tc>
      </w:tr>
    </w:tbl>
    <w:p w:rsidR="00216385" w:rsidRDefault="00216385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7200"/>
      </w:tblGrid>
      <w:tr w:rsidR="00216385">
        <w:trPr>
          <w:jc w:val="center"/>
        </w:trPr>
        <w:tc>
          <w:tcPr>
            <w:tcW w:w="3168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t>Full Name</w:t>
            </w:r>
          </w:p>
        </w:tc>
        <w:tc>
          <w:tcPr>
            <w:tcW w:w="7200" w:type="dxa"/>
            <w:vAlign w:val="center"/>
          </w:tcPr>
          <w:p w:rsidR="00216385" w:rsidRDefault="00216385">
            <w:pPr>
              <w:spacing w:before="40" w:after="40"/>
            </w:pPr>
          </w:p>
          <w:p w:rsidR="00DB11AF" w:rsidRDefault="00DB11AF">
            <w:pPr>
              <w:spacing w:before="40" w:after="40"/>
            </w:pPr>
          </w:p>
        </w:tc>
      </w:tr>
      <w:tr w:rsidR="00216385">
        <w:trPr>
          <w:jc w:val="center"/>
        </w:trPr>
        <w:tc>
          <w:tcPr>
            <w:tcW w:w="3168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t>Date of Birth / Age</w:t>
            </w:r>
          </w:p>
        </w:tc>
        <w:tc>
          <w:tcPr>
            <w:tcW w:w="7200" w:type="dxa"/>
            <w:vAlign w:val="center"/>
          </w:tcPr>
          <w:p w:rsidR="00216385" w:rsidRDefault="00216385">
            <w:pPr>
              <w:spacing w:before="40" w:after="40"/>
            </w:pPr>
          </w:p>
          <w:p w:rsidR="00DB11AF" w:rsidRDefault="00DB11AF">
            <w:pPr>
              <w:spacing w:before="40" w:after="40"/>
            </w:pPr>
          </w:p>
        </w:tc>
      </w:tr>
      <w:tr w:rsidR="00216385">
        <w:trPr>
          <w:jc w:val="center"/>
        </w:trPr>
        <w:tc>
          <w:tcPr>
            <w:tcW w:w="3168" w:type="dxa"/>
            <w:vAlign w:val="center"/>
          </w:tcPr>
          <w:p w:rsidR="00216385" w:rsidRDefault="00DB11AF" w:rsidP="00DB11AF">
            <w:pPr>
              <w:spacing w:before="40" w:after="40"/>
            </w:pPr>
            <w:r>
              <w:rPr>
                <w:sz w:val="17"/>
              </w:rPr>
              <w:t xml:space="preserve">Gender </w:t>
            </w:r>
          </w:p>
        </w:tc>
        <w:tc>
          <w:tcPr>
            <w:tcW w:w="7200" w:type="dxa"/>
            <w:vAlign w:val="center"/>
          </w:tcPr>
          <w:p w:rsidR="00216385" w:rsidRDefault="00216385">
            <w:pPr>
              <w:spacing w:before="40" w:after="40"/>
            </w:pPr>
          </w:p>
          <w:p w:rsidR="00DB11AF" w:rsidRDefault="00DB11AF">
            <w:pPr>
              <w:spacing w:before="40" w:after="40"/>
            </w:pPr>
          </w:p>
        </w:tc>
      </w:tr>
      <w:tr w:rsidR="00216385">
        <w:trPr>
          <w:jc w:val="center"/>
        </w:trPr>
        <w:tc>
          <w:tcPr>
            <w:tcW w:w="3168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t>Mobile Number</w:t>
            </w:r>
          </w:p>
        </w:tc>
        <w:tc>
          <w:tcPr>
            <w:tcW w:w="7200" w:type="dxa"/>
            <w:vAlign w:val="center"/>
          </w:tcPr>
          <w:p w:rsidR="00216385" w:rsidRDefault="00216385">
            <w:pPr>
              <w:spacing w:before="40" w:after="40"/>
            </w:pPr>
          </w:p>
          <w:p w:rsidR="00DB11AF" w:rsidRDefault="00DB11AF">
            <w:pPr>
              <w:spacing w:before="40" w:after="40"/>
            </w:pPr>
          </w:p>
        </w:tc>
      </w:tr>
      <w:tr w:rsidR="00216385">
        <w:trPr>
          <w:jc w:val="center"/>
        </w:trPr>
        <w:tc>
          <w:tcPr>
            <w:tcW w:w="3168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t>Email Address (if any)</w:t>
            </w:r>
          </w:p>
        </w:tc>
        <w:tc>
          <w:tcPr>
            <w:tcW w:w="7200" w:type="dxa"/>
            <w:vAlign w:val="center"/>
          </w:tcPr>
          <w:p w:rsidR="00216385" w:rsidRDefault="00216385">
            <w:pPr>
              <w:spacing w:before="40" w:after="40"/>
            </w:pPr>
          </w:p>
          <w:p w:rsidR="00DB11AF" w:rsidRDefault="00DB11AF">
            <w:pPr>
              <w:spacing w:before="40" w:after="40"/>
            </w:pPr>
          </w:p>
        </w:tc>
      </w:tr>
      <w:tr w:rsidR="00216385">
        <w:trPr>
          <w:jc w:val="center"/>
        </w:trPr>
        <w:tc>
          <w:tcPr>
            <w:tcW w:w="3168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t>Current Address</w:t>
            </w:r>
          </w:p>
        </w:tc>
        <w:tc>
          <w:tcPr>
            <w:tcW w:w="7200" w:type="dxa"/>
            <w:vAlign w:val="center"/>
          </w:tcPr>
          <w:p w:rsidR="00DB11AF" w:rsidRDefault="00DB11AF">
            <w:pPr>
              <w:spacing w:before="40" w:after="40"/>
              <w:rPr>
                <w:sz w:val="17"/>
              </w:rPr>
            </w:pPr>
          </w:p>
          <w:p w:rsidR="00DB11AF" w:rsidRDefault="00DB11AF">
            <w:pPr>
              <w:spacing w:before="40" w:after="40"/>
              <w:rPr>
                <w:sz w:val="17"/>
              </w:rPr>
            </w:pPr>
          </w:p>
          <w:p w:rsidR="00216385" w:rsidRDefault="00333CCE">
            <w:pPr>
              <w:spacing w:before="40" w:after="40"/>
            </w:pPr>
            <w:r>
              <w:rPr>
                <w:sz w:val="17"/>
              </w:rPr>
              <w:br/>
            </w:r>
          </w:p>
        </w:tc>
      </w:tr>
      <w:tr w:rsidR="00216385">
        <w:trPr>
          <w:jc w:val="center"/>
        </w:trPr>
        <w:tc>
          <w:tcPr>
            <w:tcW w:w="3168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t>Permanent Address (if different)</w:t>
            </w:r>
          </w:p>
        </w:tc>
        <w:tc>
          <w:tcPr>
            <w:tcW w:w="7200" w:type="dxa"/>
            <w:vAlign w:val="center"/>
          </w:tcPr>
          <w:p w:rsidR="00DB11AF" w:rsidRDefault="00DB11AF">
            <w:pPr>
              <w:spacing w:before="40" w:after="40"/>
              <w:rPr>
                <w:sz w:val="17"/>
              </w:rPr>
            </w:pPr>
          </w:p>
          <w:p w:rsidR="00DB11AF" w:rsidRDefault="00DB11AF">
            <w:pPr>
              <w:spacing w:before="40" w:after="40"/>
              <w:rPr>
                <w:sz w:val="17"/>
              </w:rPr>
            </w:pPr>
          </w:p>
          <w:p w:rsidR="00216385" w:rsidRDefault="00333CCE">
            <w:pPr>
              <w:spacing w:before="40" w:after="40"/>
            </w:pPr>
            <w:r>
              <w:rPr>
                <w:sz w:val="17"/>
              </w:rPr>
              <w:br/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216385">
        <w:trPr>
          <w:jc w:val="center"/>
        </w:trPr>
        <w:tc>
          <w:tcPr>
            <w:tcW w:w="10224" w:type="dxa"/>
            <w:shd w:val="clear" w:color="auto" w:fill="D9E2F3"/>
          </w:tcPr>
          <w:p w:rsidR="00216385" w:rsidRDefault="00333CCE">
            <w:r>
              <w:rPr>
                <w:b/>
              </w:rPr>
              <w:t>2. EDUCATION AND EXPERIENCE</w:t>
            </w:r>
          </w:p>
        </w:tc>
      </w:tr>
    </w:tbl>
    <w:p w:rsidR="00216385" w:rsidRDefault="00216385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7200"/>
      </w:tblGrid>
      <w:tr w:rsidR="00216385">
        <w:trPr>
          <w:jc w:val="center"/>
        </w:trPr>
        <w:tc>
          <w:tcPr>
            <w:tcW w:w="3168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t>Highest Educational Qualification</w:t>
            </w:r>
          </w:p>
        </w:tc>
        <w:tc>
          <w:tcPr>
            <w:tcW w:w="7200" w:type="dxa"/>
            <w:vAlign w:val="center"/>
          </w:tcPr>
          <w:p w:rsidR="00216385" w:rsidRDefault="00216385">
            <w:pPr>
              <w:spacing w:before="40" w:after="40"/>
            </w:pPr>
          </w:p>
          <w:p w:rsidR="00DB11AF" w:rsidRDefault="00DB11AF">
            <w:pPr>
              <w:spacing w:before="40" w:after="40"/>
            </w:pPr>
          </w:p>
        </w:tc>
      </w:tr>
      <w:tr w:rsidR="00216385">
        <w:trPr>
          <w:jc w:val="center"/>
        </w:trPr>
        <w:tc>
          <w:tcPr>
            <w:tcW w:w="3168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t>Relevant Security / Guarding Experience</w:t>
            </w:r>
          </w:p>
        </w:tc>
        <w:tc>
          <w:tcPr>
            <w:tcW w:w="7200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No  ☐ Yes — Details:</w:t>
            </w:r>
          </w:p>
        </w:tc>
      </w:tr>
      <w:tr w:rsidR="00216385">
        <w:trPr>
          <w:jc w:val="center"/>
        </w:trPr>
        <w:tc>
          <w:tcPr>
            <w:tcW w:w="3168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t>Previous Employer (if applicable)</w:t>
            </w:r>
          </w:p>
        </w:tc>
        <w:tc>
          <w:tcPr>
            <w:tcW w:w="7200" w:type="dxa"/>
            <w:vAlign w:val="center"/>
          </w:tcPr>
          <w:p w:rsidR="00216385" w:rsidRDefault="00216385">
            <w:pPr>
              <w:spacing w:before="40" w:after="40"/>
            </w:pPr>
          </w:p>
          <w:p w:rsidR="00DB11AF" w:rsidRDefault="00DB11AF">
            <w:pPr>
              <w:spacing w:before="40" w:after="40"/>
            </w:pPr>
          </w:p>
        </w:tc>
      </w:tr>
      <w:tr w:rsidR="00216385">
        <w:trPr>
          <w:jc w:val="center"/>
        </w:trPr>
        <w:tc>
          <w:tcPr>
            <w:tcW w:w="3168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t>Period of Employment</w:t>
            </w:r>
          </w:p>
        </w:tc>
        <w:tc>
          <w:tcPr>
            <w:tcW w:w="7200" w:type="dxa"/>
            <w:vAlign w:val="center"/>
          </w:tcPr>
          <w:p w:rsidR="00216385" w:rsidRDefault="00216385">
            <w:pPr>
              <w:spacing w:before="40" w:after="40"/>
            </w:pPr>
          </w:p>
          <w:p w:rsidR="00DB11AF" w:rsidRDefault="00DB11AF">
            <w:pPr>
              <w:spacing w:before="40" w:after="40"/>
            </w:pPr>
          </w:p>
        </w:tc>
      </w:tr>
      <w:tr w:rsidR="00216385">
        <w:trPr>
          <w:jc w:val="center"/>
        </w:trPr>
        <w:tc>
          <w:tcPr>
            <w:tcW w:w="3168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t xml:space="preserve">Relevant </w:t>
            </w:r>
            <w:r>
              <w:rPr>
                <w:sz w:val="17"/>
              </w:rPr>
              <w:t>Training / Certificates</w:t>
            </w:r>
          </w:p>
        </w:tc>
        <w:tc>
          <w:tcPr>
            <w:tcW w:w="7200" w:type="dxa"/>
            <w:vAlign w:val="center"/>
          </w:tcPr>
          <w:p w:rsidR="00216385" w:rsidRDefault="00216385">
            <w:pPr>
              <w:spacing w:before="40" w:after="40"/>
            </w:pPr>
          </w:p>
          <w:p w:rsidR="00DB11AF" w:rsidRDefault="00DB11AF">
            <w:pPr>
              <w:spacing w:before="40" w:after="40"/>
            </w:pPr>
          </w:p>
        </w:tc>
      </w:tr>
      <w:tr w:rsidR="00216385">
        <w:trPr>
          <w:jc w:val="center"/>
        </w:trPr>
        <w:tc>
          <w:tcPr>
            <w:tcW w:w="3168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t>Languages Known</w:t>
            </w:r>
          </w:p>
        </w:tc>
        <w:tc>
          <w:tcPr>
            <w:tcW w:w="7200" w:type="dxa"/>
            <w:vAlign w:val="center"/>
          </w:tcPr>
          <w:p w:rsidR="00216385" w:rsidRDefault="00216385">
            <w:pPr>
              <w:spacing w:before="40" w:after="40"/>
            </w:pPr>
          </w:p>
          <w:p w:rsidR="00DB11AF" w:rsidRDefault="00DB11AF">
            <w:pPr>
              <w:spacing w:before="40" w:after="40"/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216385">
        <w:trPr>
          <w:jc w:val="center"/>
        </w:trPr>
        <w:tc>
          <w:tcPr>
            <w:tcW w:w="10224" w:type="dxa"/>
            <w:shd w:val="clear" w:color="auto" w:fill="D9E2F3"/>
          </w:tcPr>
          <w:p w:rsidR="00216385" w:rsidRDefault="00333CCE">
            <w:r>
              <w:rPr>
                <w:b/>
              </w:rPr>
              <w:t>3. ADDITIONAL INFORMATION</w:t>
            </w:r>
          </w:p>
        </w:tc>
      </w:tr>
    </w:tbl>
    <w:p w:rsidR="00216385" w:rsidRDefault="00216385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7200"/>
      </w:tblGrid>
      <w:tr w:rsidR="00216385">
        <w:trPr>
          <w:jc w:val="center"/>
        </w:trPr>
        <w:tc>
          <w:tcPr>
            <w:tcW w:w="3168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t>Availability to work in shifts / nights</w:t>
            </w:r>
          </w:p>
        </w:tc>
        <w:tc>
          <w:tcPr>
            <w:tcW w:w="7200" w:type="dxa"/>
            <w:vAlign w:val="center"/>
          </w:tcPr>
          <w:p w:rsidR="00216385" w:rsidRDefault="00333CCE">
            <w:pPr>
              <w:spacing w:before="40" w:after="40"/>
              <w:rPr>
                <w:sz w:val="17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Yes  ☐ No</w:t>
            </w:r>
          </w:p>
          <w:p w:rsidR="00DB11AF" w:rsidRDefault="00DB11AF">
            <w:pPr>
              <w:spacing w:before="40" w:after="40"/>
            </w:pPr>
          </w:p>
        </w:tc>
      </w:tr>
      <w:tr w:rsidR="00216385">
        <w:trPr>
          <w:jc w:val="center"/>
        </w:trPr>
        <w:tc>
          <w:tcPr>
            <w:tcW w:w="3168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t>Availability to join</w:t>
            </w:r>
          </w:p>
        </w:tc>
        <w:tc>
          <w:tcPr>
            <w:tcW w:w="7200" w:type="dxa"/>
            <w:vAlign w:val="center"/>
          </w:tcPr>
          <w:p w:rsidR="00216385" w:rsidRDefault="00216385">
            <w:pPr>
              <w:spacing w:before="40" w:after="40"/>
            </w:pPr>
          </w:p>
          <w:p w:rsidR="00DB11AF" w:rsidRDefault="00DB11AF">
            <w:pPr>
              <w:spacing w:before="40" w:after="40"/>
            </w:pPr>
          </w:p>
        </w:tc>
      </w:tr>
      <w:tr w:rsidR="00216385">
        <w:trPr>
          <w:jc w:val="center"/>
        </w:trPr>
        <w:tc>
          <w:tcPr>
            <w:tcW w:w="3168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t>Any other relevant information</w:t>
            </w:r>
          </w:p>
        </w:tc>
        <w:tc>
          <w:tcPr>
            <w:tcW w:w="7200" w:type="dxa"/>
            <w:vAlign w:val="center"/>
          </w:tcPr>
          <w:p w:rsidR="00216385" w:rsidRDefault="00333CCE">
            <w:pPr>
              <w:spacing w:before="40" w:after="40"/>
            </w:pPr>
            <w:r>
              <w:rPr>
                <w:sz w:val="17"/>
              </w:rPr>
              <w:br/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216385">
        <w:trPr>
          <w:jc w:val="center"/>
        </w:trPr>
        <w:tc>
          <w:tcPr>
            <w:tcW w:w="10224" w:type="dxa"/>
            <w:shd w:val="clear" w:color="auto" w:fill="D9E2F3"/>
          </w:tcPr>
          <w:p w:rsidR="00DB11AF" w:rsidRDefault="00DB11AF">
            <w:pPr>
              <w:rPr>
                <w:b/>
              </w:rPr>
            </w:pPr>
          </w:p>
          <w:p w:rsidR="00DB11AF" w:rsidRDefault="00DB11AF">
            <w:pPr>
              <w:rPr>
                <w:b/>
              </w:rPr>
            </w:pPr>
          </w:p>
          <w:p w:rsidR="00216385" w:rsidRDefault="00333CCE">
            <w:r>
              <w:rPr>
                <w:b/>
              </w:rPr>
              <w:lastRenderedPageBreak/>
              <w:t>4. DOCUMENTS (if requested)</w:t>
            </w:r>
          </w:p>
        </w:tc>
      </w:tr>
      <w:tr w:rsidR="00DB11AF">
        <w:trPr>
          <w:jc w:val="center"/>
        </w:trPr>
        <w:tc>
          <w:tcPr>
            <w:tcW w:w="10224" w:type="dxa"/>
            <w:shd w:val="clear" w:color="auto" w:fill="D9E2F3"/>
          </w:tcPr>
          <w:p w:rsidR="00DB11AF" w:rsidRDefault="00DB11AF">
            <w:pPr>
              <w:rPr>
                <w:b/>
              </w:rPr>
            </w:pPr>
          </w:p>
        </w:tc>
      </w:tr>
    </w:tbl>
    <w:p w:rsidR="00216385" w:rsidRDefault="00216385">
      <w:pPr>
        <w:spacing w:after="0"/>
      </w:pPr>
    </w:p>
    <w:p w:rsidR="00216385" w:rsidRDefault="00333CCE">
      <w:pPr>
        <w:spacing w:after="40"/>
      </w:pPr>
      <w:r>
        <w:t xml:space="preserve">Please indicate documents available for </w:t>
      </w:r>
      <w:r>
        <w:t>submission:</w:t>
      </w:r>
    </w:p>
    <w:p w:rsidR="00216385" w:rsidRDefault="00333CCE">
      <w:pPr>
        <w:spacing w:after="80"/>
      </w:pPr>
      <w:r>
        <w:t>☐</w:t>
      </w:r>
      <w:r>
        <w:t xml:space="preserve"> Proof of </w:t>
      </w:r>
      <w:proofErr w:type="gramStart"/>
      <w:r>
        <w:t>age  ☐</w:t>
      </w:r>
      <w:proofErr w:type="gramEnd"/>
      <w:r>
        <w:t xml:space="preserve"> Educational certificate  ☐ Experience certificate  ☐ Identity/address proof  ☐ Training certificate</w:t>
      </w:r>
    </w:p>
    <w:p w:rsidR="00DB11AF" w:rsidRDefault="00DB11AF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216385">
        <w:trPr>
          <w:jc w:val="center"/>
        </w:trPr>
        <w:tc>
          <w:tcPr>
            <w:tcW w:w="10224" w:type="dxa"/>
            <w:shd w:val="clear" w:color="auto" w:fill="D9E2F3"/>
          </w:tcPr>
          <w:p w:rsidR="00216385" w:rsidRDefault="00333CCE">
            <w:r>
              <w:rPr>
                <w:b/>
              </w:rPr>
              <w:t>5. DECLARATION</w:t>
            </w:r>
          </w:p>
        </w:tc>
      </w:tr>
    </w:tbl>
    <w:p w:rsidR="00216385" w:rsidRDefault="00216385">
      <w:pPr>
        <w:spacing w:after="0"/>
      </w:pPr>
    </w:p>
    <w:p w:rsidR="00216385" w:rsidRDefault="00333CCE">
      <w:pPr>
        <w:spacing w:after="160"/>
      </w:pPr>
      <w:r>
        <w:t xml:space="preserve">I hereby declare that the information provided in this application is true and complete to the best of my </w:t>
      </w:r>
      <w:r>
        <w:t>knowledge. I understand that any false or misleading information may affect my application or appointment.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216385">
        <w:trPr>
          <w:jc w:val="center"/>
        </w:trPr>
        <w:tc>
          <w:tcPr>
            <w:tcW w:w="5112" w:type="dxa"/>
          </w:tcPr>
          <w:p w:rsidR="00216385" w:rsidRDefault="00333CCE">
            <w:pPr>
              <w:spacing w:before="80" w:after="80"/>
            </w:pPr>
            <w:r>
              <w:rPr>
                <w:sz w:val="17"/>
              </w:rPr>
              <w:t>Place:</w:t>
            </w:r>
          </w:p>
        </w:tc>
        <w:tc>
          <w:tcPr>
            <w:tcW w:w="5112" w:type="dxa"/>
          </w:tcPr>
          <w:p w:rsidR="00216385" w:rsidRDefault="00333CCE">
            <w:pPr>
              <w:spacing w:before="80" w:after="80"/>
              <w:rPr>
                <w:sz w:val="17"/>
              </w:rPr>
            </w:pPr>
            <w:r>
              <w:rPr>
                <w:sz w:val="17"/>
              </w:rPr>
              <w:t>Date:</w:t>
            </w:r>
          </w:p>
          <w:p w:rsidR="00DB11AF" w:rsidRDefault="00DB11AF">
            <w:pPr>
              <w:spacing w:before="80" w:after="80"/>
            </w:pPr>
          </w:p>
        </w:tc>
      </w:tr>
      <w:tr w:rsidR="00216385">
        <w:trPr>
          <w:jc w:val="center"/>
        </w:trPr>
        <w:tc>
          <w:tcPr>
            <w:tcW w:w="5112" w:type="dxa"/>
          </w:tcPr>
          <w:p w:rsidR="00216385" w:rsidRDefault="00333CCE">
            <w:pPr>
              <w:spacing w:before="80" w:after="80"/>
            </w:pPr>
            <w:r>
              <w:rPr>
                <w:sz w:val="17"/>
              </w:rPr>
              <w:t>Signature / Thumb Impression of Applicant:</w:t>
            </w:r>
          </w:p>
        </w:tc>
        <w:tc>
          <w:tcPr>
            <w:tcW w:w="5112" w:type="dxa"/>
          </w:tcPr>
          <w:p w:rsidR="00216385" w:rsidRDefault="00216385">
            <w:pPr>
              <w:spacing w:before="80" w:after="80"/>
            </w:pPr>
          </w:p>
          <w:p w:rsidR="00DB11AF" w:rsidRDefault="00DB11AF">
            <w:pPr>
              <w:spacing w:before="80" w:after="80"/>
            </w:pPr>
          </w:p>
        </w:tc>
      </w:tr>
    </w:tbl>
    <w:p w:rsidR="00216385" w:rsidRDefault="00333CCE">
      <w:pPr>
        <w:spacing w:before="100"/>
        <w:jc w:val="center"/>
      </w:pPr>
      <w:r>
        <w:rPr>
          <w:b/>
        </w:rPr>
        <w:t>For Office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216385">
        <w:trPr>
          <w:jc w:val="center"/>
        </w:trPr>
        <w:tc>
          <w:tcPr>
            <w:tcW w:w="5112" w:type="dxa"/>
          </w:tcPr>
          <w:p w:rsidR="00216385" w:rsidRDefault="00333CCE">
            <w:pPr>
              <w:spacing w:before="80" w:after="80"/>
              <w:rPr>
                <w:sz w:val="17"/>
              </w:rPr>
            </w:pPr>
            <w:r>
              <w:rPr>
                <w:sz w:val="17"/>
              </w:rPr>
              <w:t>Application Received On:</w:t>
            </w:r>
          </w:p>
          <w:p w:rsidR="00DB11AF" w:rsidRDefault="00DB11AF">
            <w:pPr>
              <w:spacing w:before="80" w:after="80"/>
            </w:pPr>
          </w:p>
        </w:tc>
        <w:tc>
          <w:tcPr>
            <w:tcW w:w="5112" w:type="dxa"/>
          </w:tcPr>
          <w:p w:rsidR="00216385" w:rsidRDefault="00333CCE">
            <w:pPr>
              <w:spacing w:before="80" w:after="80"/>
            </w:pPr>
            <w:r>
              <w:rPr>
                <w:sz w:val="17"/>
              </w:rPr>
              <w:t>Application Reference No.:</w:t>
            </w:r>
          </w:p>
        </w:tc>
      </w:tr>
      <w:tr w:rsidR="00216385">
        <w:trPr>
          <w:jc w:val="center"/>
        </w:trPr>
        <w:tc>
          <w:tcPr>
            <w:tcW w:w="5112" w:type="dxa"/>
          </w:tcPr>
          <w:p w:rsidR="00216385" w:rsidRDefault="00333CCE">
            <w:pPr>
              <w:spacing w:before="80" w:after="80"/>
              <w:rPr>
                <w:sz w:val="17"/>
              </w:rPr>
            </w:pPr>
            <w:r>
              <w:rPr>
                <w:sz w:val="17"/>
              </w:rPr>
              <w:t>Remarks:</w:t>
            </w:r>
          </w:p>
          <w:p w:rsidR="00DB11AF" w:rsidRDefault="00DB11AF">
            <w:pPr>
              <w:spacing w:before="80" w:after="80"/>
            </w:pPr>
            <w:bookmarkStart w:id="0" w:name="_GoBack"/>
            <w:bookmarkEnd w:id="0"/>
          </w:p>
        </w:tc>
        <w:tc>
          <w:tcPr>
            <w:tcW w:w="5112" w:type="dxa"/>
          </w:tcPr>
          <w:p w:rsidR="00216385" w:rsidRDefault="00333CCE">
            <w:pPr>
              <w:spacing w:before="80" w:after="80"/>
            </w:pPr>
            <w:r>
              <w:rPr>
                <w:sz w:val="17"/>
              </w:rPr>
              <w:t>Shortlis</w:t>
            </w:r>
            <w:r>
              <w:rPr>
                <w:sz w:val="17"/>
              </w:rPr>
              <w:t>ted:  ☐ Yes  ☐ No</w:t>
            </w:r>
          </w:p>
        </w:tc>
      </w:tr>
    </w:tbl>
    <w:p w:rsidR="00333CCE" w:rsidRDefault="00333CCE"/>
    <w:sectPr w:rsidR="00333CCE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16385"/>
    <w:rsid w:val="0029639D"/>
    <w:rsid w:val="00326F90"/>
    <w:rsid w:val="00333CCE"/>
    <w:rsid w:val="00AA1D8D"/>
    <w:rsid w:val="00B47730"/>
    <w:rsid w:val="00CB0664"/>
    <w:rsid w:val="00DB11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1C99B4C-8ED8-46F7-B602-77ACDD756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95B5E5-9121-43C2-A925-BD1B228A9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2026-10-22T09:42:00Z</dcterms:modified>
  <cp:category/>
</cp:coreProperties>
</file>